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9C835" w14:textId="77777777" w:rsidR="00EF0188" w:rsidRDefault="00000000">
      <w:pPr>
        <w:jc w:val="center"/>
      </w:pPr>
      <w:r>
        <w:rPr>
          <w:b/>
          <w:sz w:val="32"/>
        </w:rPr>
        <w:t>一般競争入札参加資格等確認申請書</w:t>
      </w:r>
    </w:p>
    <w:p w14:paraId="15926E13" w14:textId="77777777" w:rsidR="00EF0188" w:rsidRDefault="00000000">
      <w:pPr>
        <w:jc w:val="right"/>
      </w:pPr>
      <w:r>
        <w:t>令和　　　年　　　月　　　日</w:t>
      </w:r>
    </w:p>
    <w:p w14:paraId="2D959A0F" w14:textId="77777777" w:rsidR="00EF0188" w:rsidRDefault="00000000">
      <w:r>
        <w:t>社会福祉法人</w:t>
      </w:r>
      <w:r>
        <w:t xml:space="preserve"> </w:t>
      </w:r>
      <w:r>
        <w:t>枚方療育園</w:t>
      </w:r>
    </w:p>
    <w:p w14:paraId="5F43EC0B" w14:textId="77777777" w:rsidR="00EF0188" w:rsidRDefault="00000000">
      <w:pPr>
        <w:rPr>
          <w:lang w:eastAsia="ja-JP"/>
        </w:rPr>
      </w:pPr>
      <w:r>
        <w:rPr>
          <w:lang w:eastAsia="ja-JP"/>
        </w:rPr>
        <w:t>理事長　山西</w:t>
      </w:r>
      <w:r>
        <w:rPr>
          <w:lang w:eastAsia="ja-JP"/>
        </w:rPr>
        <w:t xml:space="preserve"> </w:t>
      </w:r>
      <w:r>
        <w:rPr>
          <w:lang w:eastAsia="ja-JP"/>
        </w:rPr>
        <w:t>千晶　様</w:t>
      </w:r>
    </w:p>
    <w:p w14:paraId="4BC33D7C" w14:textId="77777777" w:rsidR="00EF0188" w:rsidRDefault="00000000">
      <w:pPr>
        <w:rPr>
          <w:lang w:eastAsia="ja-JP"/>
        </w:rPr>
      </w:pPr>
      <w:r>
        <w:rPr>
          <w:b/>
          <w:lang w:eastAsia="ja-JP"/>
        </w:rPr>
        <w:t>（入札に参加する事業所）</w:t>
      </w:r>
    </w:p>
    <w:tbl>
      <w:tblPr>
        <w:tblStyle w:val="afe"/>
        <w:tblW w:w="0" w:type="auto"/>
        <w:jc w:val="center"/>
        <w:tblLook w:val="04A0" w:firstRow="1" w:lastRow="0" w:firstColumn="1" w:lastColumn="0" w:noHBand="0" w:noVBand="1"/>
      </w:tblPr>
      <w:tblGrid>
        <w:gridCol w:w="4644"/>
        <w:gridCol w:w="4644"/>
      </w:tblGrid>
      <w:tr w:rsidR="00EF0188" w14:paraId="79AD7B3D" w14:textId="77777777">
        <w:trPr>
          <w:jc w:val="center"/>
        </w:trPr>
        <w:tc>
          <w:tcPr>
            <w:tcW w:w="4649" w:type="dxa"/>
            <w:vAlign w:val="center"/>
          </w:tcPr>
          <w:p w14:paraId="1C1A8F92" w14:textId="77777777" w:rsidR="00EF0188" w:rsidRDefault="00000000">
            <w:pPr>
              <w:spacing w:before="40" w:after="40"/>
            </w:pPr>
            <w:r>
              <w:rPr>
                <w:sz w:val="19"/>
              </w:rPr>
              <w:t>住　所</w:t>
            </w:r>
          </w:p>
        </w:tc>
        <w:tc>
          <w:tcPr>
            <w:tcW w:w="4649" w:type="dxa"/>
            <w:vAlign w:val="center"/>
          </w:tcPr>
          <w:p w14:paraId="42029F7E" w14:textId="77777777" w:rsidR="00EF0188" w:rsidRDefault="00EF0188">
            <w:pPr>
              <w:spacing w:before="40" w:after="40"/>
            </w:pPr>
          </w:p>
        </w:tc>
      </w:tr>
      <w:tr w:rsidR="00EF0188" w14:paraId="647B2369" w14:textId="77777777">
        <w:trPr>
          <w:jc w:val="center"/>
        </w:trPr>
        <w:tc>
          <w:tcPr>
            <w:tcW w:w="4649" w:type="dxa"/>
            <w:vAlign w:val="center"/>
          </w:tcPr>
          <w:p w14:paraId="0F5DC488" w14:textId="77777777" w:rsidR="00EF0188" w:rsidRDefault="00000000">
            <w:pPr>
              <w:spacing w:before="40" w:after="40"/>
            </w:pPr>
            <w:r>
              <w:rPr>
                <w:sz w:val="19"/>
              </w:rPr>
              <w:t>商号又は名称</w:t>
            </w:r>
          </w:p>
        </w:tc>
        <w:tc>
          <w:tcPr>
            <w:tcW w:w="4649" w:type="dxa"/>
            <w:vAlign w:val="center"/>
          </w:tcPr>
          <w:p w14:paraId="1B494224" w14:textId="77777777" w:rsidR="00EF0188" w:rsidRDefault="00EF0188">
            <w:pPr>
              <w:spacing w:before="40" w:after="40"/>
            </w:pPr>
          </w:p>
        </w:tc>
      </w:tr>
      <w:tr w:rsidR="00EF0188" w14:paraId="4C3005FF" w14:textId="77777777">
        <w:trPr>
          <w:jc w:val="center"/>
        </w:trPr>
        <w:tc>
          <w:tcPr>
            <w:tcW w:w="4649" w:type="dxa"/>
            <w:vAlign w:val="center"/>
          </w:tcPr>
          <w:p w14:paraId="630A6628" w14:textId="77777777" w:rsidR="00EF0188" w:rsidRDefault="00000000">
            <w:pPr>
              <w:spacing w:before="40" w:after="40"/>
            </w:pPr>
            <w:r>
              <w:rPr>
                <w:sz w:val="19"/>
              </w:rPr>
              <w:t>代表者職氏名</w:t>
            </w:r>
          </w:p>
        </w:tc>
        <w:tc>
          <w:tcPr>
            <w:tcW w:w="4649" w:type="dxa"/>
            <w:vAlign w:val="center"/>
          </w:tcPr>
          <w:p w14:paraId="20FE05C4" w14:textId="77777777" w:rsidR="00EF0188" w:rsidRDefault="00EF0188">
            <w:pPr>
              <w:spacing w:before="40" w:after="40"/>
            </w:pPr>
          </w:p>
        </w:tc>
      </w:tr>
    </w:tbl>
    <w:p w14:paraId="6962E0A6" w14:textId="77777777" w:rsidR="00EF0188" w:rsidRDefault="00000000">
      <w:pPr>
        <w:rPr>
          <w:lang w:eastAsia="ja-JP"/>
        </w:rPr>
      </w:pPr>
      <w:r>
        <w:rPr>
          <w:lang w:eastAsia="ja-JP"/>
        </w:rPr>
        <w:t>下記工事の入札公告に示された書類を添えて、一般競争入札参加資格の確認を申請します。</w:t>
      </w:r>
    </w:p>
    <w:p w14:paraId="1151386B" w14:textId="77777777" w:rsidR="00EF0188" w:rsidRDefault="00000000">
      <w:pPr>
        <w:rPr>
          <w:lang w:eastAsia="ja-JP"/>
        </w:rPr>
      </w:pPr>
      <w:r>
        <w:rPr>
          <w:lang w:eastAsia="ja-JP"/>
        </w:rPr>
        <w:t>なお、地方自治法施行令第</w:t>
      </w:r>
      <w:r>
        <w:rPr>
          <w:lang w:eastAsia="ja-JP"/>
        </w:rPr>
        <w:t>167</w:t>
      </w:r>
      <w:r>
        <w:rPr>
          <w:lang w:eastAsia="ja-JP"/>
        </w:rPr>
        <w:t>条の</w:t>
      </w:r>
      <w:r>
        <w:rPr>
          <w:lang w:eastAsia="ja-JP"/>
        </w:rPr>
        <w:t>4</w:t>
      </w:r>
      <w:r>
        <w:rPr>
          <w:lang w:eastAsia="ja-JP"/>
        </w:rPr>
        <w:t>の規定に該当しないこと、並びに本申請書及び添付書類の記載事項が事実と相違ないことを誓約します。</w:t>
      </w:r>
    </w:p>
    <w:p w14:paraId="73EE1ADD" w14:textId="77777777" w:rsidR="00EF0188" w:rsidRDefault="00000000">
      <w:pPr>
        <w:jc w:val="center"/>
      </w:pPr>
      <w:r>
        <w:rPr>
          <w:b/>
        </w:rPr>
        <w:t>記</w:t>
      </w:r>
    </w:p>
    <w:tbl>
      <w:tblPr>
        <w:tblStyle w:val="afe"/>
        <w:tblW w:w="0" w:type="auto"/>
        <w:jc w:val="center"/>
        <w:tblLook w:val="04A0" w:firstRow="1" w:lastRow="0" w:firstColumn="1" w:lastColumn="0" w:noHBand="0" w:noVBand="1"/>
      </w:tblPr>
      <w:tblGrid>
        <w:gridCol w:w="4644"/>
        <w:gridCol w:w="4644"/>
      </w:tblGrid>
      <w:tr w:rsidR="00EF0188" w14:paraId="2A064ADA" w14:textId="77777777">
        <w:trPr>
          <w:jc w:val="center"/>
        </w:trPr>
        <w:tc>
          <w:tcPr>
            <w:tcW w:w="4649" w:type="dxa"/>
            <w:vAlign w:val="center"/>
          </w:tcPr>
          <w:p w14:paraId="108980C1" w14:textId="77777777" w:rsidR="00EF0188" w:rsidRDefault="00000000">
            <w:pPr>
              <w:spacing w:before="40" w:after="40"/>
            </w:pPr>
            <w:r>
              <w:rPr>
                <w:sz w:val="19"/>
              </w:rPr>
              <w:t>１　公告年月日</w:t>
            </w:r>
          </w:p>
        </w:tc>
        <w:tc>
          <w:tcPr>
            <w:tcW w:w="4649" w:type="dxa"/>
            <w:vAlign w:val="center"/>
          </w:tcPr>
          <w:p w14:paraId="061D3852" w14:textId="77777777" w:rsidR="00EF0188" w:rsidRDefault="00000000">
            <w:pPr>
              <w:spacing w:before="40" w:after="40"/>
            </w:pPr>
            <w:r>
              <w:rPr>
                <w:sz w:val="19"/>
              </w:rPr>
              <w:t>令和</w:t>
            </w:r>
            <w:r>
              <w:rPr>
                <w:sz w:val="19"/>
              </w:rPr>
              <w:t>8</w:t>
            </w:r>
            <w:r>
              <w:rPr>
                <w:sz w:val="19"/>
              </w:rPr>
              <w:t>年</w:t>
            </w:r>
            <w:r>
              <w:rPr>
                <w:sz w:val="19"/>
              </w:rPr>
              <w:t>11</w:t>
            </w:r>
            <w:r>
              <w:rPr>
                <w:sz w:val="19"/>
              </w:rPr>
              <w:t>月</w:t>
            </w:r>
            <w:r>
              <w:rPr>
                <w:sz w:val="19"/>
              </w:rPr>
              <w:t>6</w:t>
            </w:r>
            <w:r>
              <w:rPr>
                <w:sz w:val="19"/>
              </w:rPr>
              <w:t>日</w:t>
            </w:r>
          </w:p>
        </w:tc>
      </w:tr>
      <w:tr w:rsidR="00EF0188" w14:paraId="478679BE" w14:textId="77777777">
        <w:trPr>
          <w:jc w:val="center"/>
        </w:trPr>
        <w:tc>
          <w:tcPr>
            <w:tcW w:w="4649" w:type="dxa"/>
            <w:vAlign w:val="center"/>
          </w:tcPr>
          <w:p w14:paraId="4E72555A" w14:textId="77777777" w:rsidR="00EF0188" w:rsidRDefault="00000000">
            <w:pPr>
              <w:spacing w:before="40" w:after="40"/>
            </w:pPr>
            <w:r>
              <w:rPr>
                <w:sz w:val="19"/>
              </w:rPr>
              <w:t>２　工事名称</w:t>
            </w:r>
          </w:p>
        </w:tc>
        <w:tc>
          <w:tcPr>
            <w:tcW w:w="4649" w:type="dxa"/>
            <w:vAlign w:val="center"/>
          </w:tcPr>
          <w:p w14:paraId="13413477" w14:textId="77777777" w:rsidR="00EF0188" w:rsidRDefault="00000000">
            <w:pPr>
              <w:spacing w:before="40" w:after="40"/>
              <w:rPr>
                <w:lang w:eastAsia="ja-JP"/>
              </w:rPr>
            </w:pPr>
            <w:r>
              <w:rPr>
                <w:sz w:val="19"/>
                <w:lang w:eastAsia="ja-JP"/>
              </w:rPr>
              <w:t>特別養護老人ホームおきな</w:t>
            </w:r>
            <w:r>
              <w:rPr>
                <w:sz w:val="19"/>
                <w:lang w:eastAsia="ja-JP"/>
              </w:rPr>
              <w:br/>
            </w:r>
            <w:r>
              <w:rPr>
                <w:sz w:val="19"/>
                <w:lang w:eastAsia="ja-JP"/>
              </w:rPr>
              <w:t>多床室のプライバシー保護のための改修工事</w:t>
            </w:r>
          </w:p>
        </w:tc>
      </w:tr>
      <w:tr w:rsidR="00EF0188" w14:paraId="13C8466B" w14:textId="77777777">
        <w:trPr>
          <w:jc w:val="center"/>
        </w:trPr>
        <w:tc>
          <w:tcPr>
            <w:tcW w:w="4649" w:type="dxa"/>
            <w:vAlign w:val="center"/>
          </w:tcPr>
          <w:p w14:paraId="0CF956ED" w14:textId="77777777" w:rsidR="00EF0188" w:rsidRDefault="00000000">
            <w:pPr>
              <w:spacing w:before="40" w:after="40"/>
            </w:pPr>
            <w:r>
              <w:rPr>
                <w:sz w:val="19"/>
              </w:rPr>
              <w:t xml:space="preserve">３　</w:t>
            </w:r>
            <w:proofErr w:type="spellStart"/>
            <w:r>
              <w:rPr>
                <w:sz w:val="19"/>
              </w:rPr>
              <w:t>工事場所</w:t>
            </w:r>
            <w:proofErr w:type="spellEnd"/>
          </w:p>
        </w:tc>
        <w:tc>
          <w:tcPr>
            <w:tcW w:w="4649" w:type="dxa"/>
            <w:vAlign w:val="center"/>
          </w:tcPr>
          <w:p w14:paraId="548880F6" w14:textId="77777777" w:rsidR="00EF0188" w:rsidRDefault="00000000">
            <w:pPr>
              <w:spacing w:before="40" w:after="40"/>
            </w:pPr>
            <w:r>
              <w:rPr>
                <w:sz w:val="19"/>
              </w:rPr>
              <w:t>埼玉県行田市大字馬見塚</w:t>
            </w:r>
            <w:r>
              <w:rPr>
                <w:sz w:val="19"/>
              </w:rPr>
              <w:t>693</w:t>
            </w:r>
          </w:p>
        </w:tc>
      </w:tr>
      <w:tr w:rsidR="00EF0188" w14:paraId="3E6A50CC" w14:textId="77777777">
        <w:trPr>
          <w:jc w:val="center"/>
        </w:trPr>
        <w:tc>
          <w:tcPr>
            <w:tcW w:w="4649" w:type="dxa"/>
            <w:vAlign w:val="center"/>
          </w:tcPr>
          <w:p w14:paraId="054243AD" w14:textId="77777777" w:rsidR="00EF0188" w:rsidRDefault="00000000">
            <w:pPr>
              <w:spacing w:before="40" w:after="40"/>
            </w:pPr>
            <w:r>
              <w:rPr>
                <w:sz w:val="19"/>
              </w:rPr>
              <w:t>４　連絡先</w:t>
            </w:r>
          </w:p>
        </w:tc>
        <w:tc>
          <w:tcPr>
            <w:tcW w:w="4649" w:type="dxa"/>
            <w:vAlign w:val="center"/>
          </w:tcPr>
          <w:p w14:paraId="253E0BB4" w14:textId="77777777" w:rsidR="00BC4829" w:rsidRDefault="00000000">
            <w:pPr>
              <w:spacing w:before="40" w:after="40"/>
              <w:rPr>
                <w:sz w:val="19"/>
                <w:lang w:eastAsia="ja-JP"/>
              </w:rPr>
            </w:pPr>
            <w:r>
              <w:rPr>
                <w:sz w:val="19"/>
                <w:lang w:eastAsia="ja-JP"/>
              </w:rPr>
              <w:t>担当者所属・氏名：</w:t>
            </w:r>
            <w:r>
              <w:rPr>
                <w:sz w:val="19"/>
                <w:lang w:eastAsia="ja-JP"/>
              </w:rPr>
              <w:br/>
            </w:r>
            <w:r>
              <w:rPr>
                <w:sz w:val="19"/>
                <w:lang w:eastAsia="ja-JP"/>
              </w:rPr>
              <w:t xml:space="preserve">電話番号：　　　　　　　　　</w:t>
            </w:r>
          </w:p>
          <w:p w14:paraId="5A2AFE4A" w14:textId="49C853A7" w:rsidR="00EF0188" w:rsidRDefault="00000000">
            <w:pPr>
              <w:spacing w:before="40" w:after="40"/>
              <w:rPr>
                <w:lang w:eastAsia="ja-JP"/>
              </w:rPr>
            </w:pPr>
            <w:r>
              <w:rPr>
                <w:sz w:val="19"/>
                <w:lang w:eastAsia="ja-JP"/>
              </w:rPr>
              <w:t>FAX</w:t>
            </w:r>
            <w:r>
              <w:rPr>
                <w:sz w:val="19"/>
                <w:lang w:eastAsia="ja-JP"/>
              </w:rPr>
              <w:t>番号：</w:t>
            </w:r>
            <w:r>
              <w:rPr>
                <w:sz w:val="19"/>
                <w:lang w:eastAsia="ja-JP"/>
              </w:rPr>
              <w:br/>
            </w:r>
            <w:r>
              <w:rPr>
                <w:sz w:val="19"/>
                <w:lang w:eastAsia="ja-JP"/>
              </w:rPr>
              <w:t>メールアドレス：</w:t>
            </w:r>
          </w:p>
        </w:tc>
      </w:tr>
    </w:tbl>
    <w:p w14:paraId="23E9CEA3" w14:textId="77777777" w:rsidR="00BA4896" w:rsidRDefault="00BA4896">
      <w:pPr>
        <w:rPr>
          <w:b/>
          <w:lang w:eastAsia="ja-JP"/>
        </w:rPr>
      </w:pPr>
    </w:p>
    <w:p w14:paraId="0FAA7BE0" w14:textId="42A736B0" w:rsidR="00EF0188" w:rsidRDefault="00000000">
      <w:pPr>
        <w:rPr>
          <w:lang w:eastAsia="ja-JP"/>
        </w:rPr>
      </w:pPr>
      <w:r>
        <w:rPr>
          <w:b/>
          <w:lang w:eastAsia="ja-JP"/>
        </w:rPr>
        <w:t>添付書類確認欄</w:t>
      </w:r>
    </w:p>
    <w:p w14:paraId="1A5F0B15" w14:textId="77777777" w:rsidR="00EF0188" w:rsidRDefault="00000000">
      <w:pPr>
        <w:rPr>
          <w:lang w:eastAsia="ja-JP"/>
        </w:rPr>
      </w:pPr>
      <w:r>
        <w:rPr>
          <w:lang w:eastAsia="ja-JP"/>
        </w:rPr>
        <w:t>以下は公告に定める提出書類です。該当書類を添付し、</w:t>
      </w:r>
      <w:r>
        <w:rPr>
          <w:lang w:eastAsia="ja-JP"/>
        </w:rPr>
        <w:t>□</w:t>
      </w:r>
      <w:r>
        <w:rPr>
          <w:lang w:eastAsia="ja-JP"/>
        </w:rPr>
        <w:t>にチェックしてください。</w:t>
      </w:r>
    </w:p>
    <w:tbl>
      <w:tblPr>
        <w:tblStyle w:val="afe"/>
        <w:tblW w:w="0" w:type="auto"/>
        <w:jc w:val="center"/>
        <w:tblLook w:val="04A0" w:firstRow="1" w:lastRow="0" w:firstColumn="1" w:lastColumn="0" w:noHBand="0" w:noVBand="1"/>
      </w:tblPr>
      <w:tblGrid>
        <w:gridCol w:w="4644"/>
        <w:gridCol w:w="4644"/>
      </w:tblGrid>
      <w:tr w:rsidR="00EF0188" w14:paraId="3BA16DB7" w14:textId="77777777">
        <w:trPr>
          <w:jc w:val="center"/>
        </w:trPr>
        <w:tc>
          <w:tcPr>
            <w:tcW w:w="4649" w:type="dxa"/>
            <w:vAlign w:val="center"/>
          </w:tcPr>
          <w:p w14:paraId="4B38DBC7" w14:textId="77777777" w:rsidR="00EF0188" w:rsidRDefault="00000000">
            <w:pPr>
              <w:spacing w:before="40" w:after="40"/>
            </w:pPr>
            <w:r>
              <w:rPr>
                <w:sz w:val="19"/>
              </w:rPr>
              <w:t>□ ①</w:t>
            </w:r>
          </w:p>
        </w:tc>
        <w:tc>
          <w:tcPr>
            <w:tcW w:w="4649" w:type="dxa"/>
            <w:vAlign w:val="center"/>
          </w:tcPr>
          <w:p w14:paraId="5F542F24" w14:textId="77777777" w:rsidR="00EF0188" w:rsidRDefault="00000000">
            <w:pPr>
              <w:spacing w:before="40" w:after="40"/>
            </w:pPr>
            <w:r>
              <w:rPr>
                <w:sz w:val="19"/>
              </w:rPr>
              <w:t>入札参加資格確認申請書（本書）</w:t>
            </w:r>
          </w:p>
        </w:tc>
      </w:tr>
      <w:tr w:rsidR="00EF0188" w14:paraId="589CA86A" w14:textId="77777777">
        <w:trPr>
          <w:jc w:val="center"/>
        </w:trPr>
        <w:tc>
          <w:tcPr>
            <w:tcW w:w="4649" w:type="dxa"/>
            <w:vAlign w:val="center"/>
          </w:tcPr>
          <w:p w14:paraId="3AFAE610" w14:textId="77777777" w:rsidR="00EF0188" w:rsidRDefault="00000000">
            <w:pPr>
              <w:spacing w:before="40" w:after="40"/>
            </w:pPr>
            <w:r>
              <w:rPr>
                <w:sz w:val="19"/>
              </w:rPr>
              <w:t>□ ②</w:t>
            </w:r>
          </w:p>
        </w:tc>
        <w:tc>
          <w:tcPr>
            <w:tcW w:w="4649" w:type="dxa"/>
            <w:vAlign w:val="center"/>
          </w:tcPr>
          <w:p w14:paraId="4658D2D2" w14:textId="77777777" w:rsidR="00EF0188" w:rsidRDefault="00000000">
            <w:pPr>
              <w:spacing w:before="40" w:after="40"/>
              <w:rPr>
                <w:lang w:eastAsia="ja-JP"/>
              </w:rPr>
            </w:pPr>
            <w:r>
              <w:rPr>
                <w:sz w:val="19"/>
                <w:lang w:eastAsia="ja-JP"/>
              </w:rPr>
              <w:t>建設業許可証明書の写し</w:t>
            </w:r>
          </w:p>
        </w:tc>
      </w:tr>
      <w:tr w:rsidR="00EF0188" w14:paraId="434C7180" w14:textId="77777777">
        <w:trPr>
          <w:jc w:val="center"/>
        </w:trPr>
        <w:tc>
          <w:tcPr>
            <w:tcW w:w="4649" w:type="dxa"/>
            <w:vAlign w:val="center"/>
          </w:tcPr>
          <w:p w14:paraId="0CF5DA74" w14:textId="77777777" w:rsidR="00EF0188" w:rsidRDefault="00000000">
            <w:pPr>
              <w:spacing w:before="40" w:after="40"/>
            </w:pPr>
            <w:r>
              <w:rPr>
                <w:sz w:val="19"/>
              </w:rPr>
              <w:t>□ ③</w:t>
            </w:r>
          </w:p>
        </w:tc>
        <w:tc>
          <w:tcPr>
            <w:tcW w:w="4649" w:type="dxa"/>
            <w:vAlign w:val="center"/>
          </w:tcPr>
          <w:p w14:paraId="4ECA55DA" w14:textId="77777777" w:rsidR="00EF0188" w:rsidRDefault="00000000">
            <w:pPr>
              <w:spacing w:before="40" w:after="40"/>
              <w:rPr>
                <w:lang w:eastAsia="ja-JP"/>
              </w:rPr>
            </w:pPr>
            <w:r>
              <w:rPr>
                <w:sz w:val="19"/>
                <w:lang w:eastAsia="ja-JP"/>
              </w:rPr>
              <w:t>埼玉県の競争入札参加資格審査結果通知書の写し（有効期間内）</w:t>
            </w:r>
          </w:p>
        </w:tc>
      </w:tr>
      <w:tr w:rsidR="00EF0188" w14:paraId="546930CC" w14:textId="77777777">
        <w:trPr>
          <w:jc w:val="center"/>
        </w:trPr>
        <w:tc>
          <w:tcPr>
            <w:tcW w:w="4649" w:type="dxa"/>
            <w:vAlign w:val="center"/>
          </w:tcPr>
          <w:p w14:paraId="66AB0527" w14:textId="77777777" w:rsidR="00EF0188" w:rsidRDefault="00000000">
            <w:pPr>
              <w:spacing w:before="40" w:after="40"/>
            </w:pPr>
            <w:r>
              <w:rPr>
                <w:sz w:val="19"/>
              </w:rPr>
              <w:t>□ ④</w:t>
            </w:r>
          </w:p>
        </w:tc>
        <w:tc>
          <w:tcPr>
            <w:tcW w:w="4649" w:type="dxa"/>
            <w:vAlign w:val="center"/>
          </w:tcPr>
          <w:p w14:paraId="49F19836" w14:textId="77777777" w:rsidR="00EF0188" w:rsidRDefault="00000000">
            <w:pPr>
              <w:spacing w:before="40" w:after="40"/>
            </w:pPr>
            <w:r>
              <w:rPr>
                <w:sz w:val="19"/>
              </w:rPr>
              <w:t>工事実績証明書（任意書式）</w:t>
            </w:r>
          </w:p>
        </w:tc>
      </w:tr>
      <w:tr w:rsidR="00EF0188" w14:paraId="0F4426C2" w14:textId="77777777">
        <w:trPr>
          <w:jc w:val="center"/>
        </w:trPr>
        <w:tc>
          <w:tcPr>
            <w:tcW w:w="4649" w:type="dxa"/>
            <w:vAlign w:val="center"/>
          </w:tcPr>
          <w:p w14:paraId="6281F280" w14:textId="77777777" w:rsidR="00EF0188" w:rsidRDefault="00000000">
            <w:pPr>
              <w:spacing w:before="40" w:after="40"/>
            </w:pPr>
            <w:r>
              <w:rPr>
                <w:sz w:val="19"/>
              </w:rPr>
              <w:t>□ ⑤</w:t>
            </w:r>
          </w:p>
        </w:tc>
        <w:tc>
          <w:tcPr>
            <w:tcW w:w="4649" w:type="dxa"/>
            <w:vAlign w:val="center"/>
          </w:tcPr>
          <w:p w14:paraId="2E410406" w14:textId="77777777" w:rsidR="00EF0188" w:rsidRDefault="00000000">
            <w:pPr>
              <w:spacing w:before="40" w:after="40"/>
              <w:rPr>
                <w:lang w:eastAsia="ja-JP"/>
              </w:rPr>
            </w:pPr>
            <w:r>
              <w:rPr>
                <w:sz w:val="19"/>
                <w:lang w:eastAsia="ja-JP"/>
              </w:rPr>
              <w:t>会社案内・会社経歴書等（自由書式）</w:t>
            </w:r>
          </w:p>
        </w:tc>
      </w:tr>
      <w:tr w:rsidR="00EF0188" w14:paraId="3F81B3CF" w14:textId="77777777">
        <w:trPr>
          <w:jc w:val="center"/>
        </w:trPr>
        <w:tc>
          <w:tcPr>
            <w:tcW w:w="4649" w:type="dxa"/>
            <w:vAlign w:val="center"/>
          </w:tcPr>
          <w:p w14:paraId="448FAC61" w14:textId="77777777" w:rsidR="00EF0188" w:rsidRDefault="00000000">
            <w:pPr>
              <w:spacing w:before="40" w:after="40"/>
            </w:pPr>
            <w:r>
              <w:rPr>
                <w:sz w:val="19"/>
              </w:rPr>
              <w:t>□ ⑥</w:t>
            </w:r>
          </w:p>
        </w:tc>
        <w:tc>
          <w:tcPr>
            <w:tcW w:w="4649" w:type="dxa"/>
            <w:vAlign w:val="center"/>
          </w:tcPr>
          <w:p w14:paraId="56D4DF27" w14:textId="77777777" w:rsidR="00EF0188" w:rsidRDefault="00000000">
            <w:pPr>
              <w:spacing w:before="40" w:after="40"/>
              <w:rPr>
                <w:lang w:eastAsia="ja-JP"/>
              </w:rPr>
            </w:pPr>
            <w:r>
              <w:rPr>
                <w:sz w:val="19"/>
                <w:lang w:eastAsia="ja-JP"/>
              </w:rPr>
              <w:t>名刺（氏名・電話番号・</w:t>
            </w:r>
            <w:r>
              <w:rPr>
                <w:sz w:val="19"/>
                <w:lang w:eastAsia="ja-JP"/>
              </w:rPr>
              <w:t>FAX</w:t>
            </w:r>
            <w:r>
              <w:rPr>
                <w:sz w:val="19"/>
                <w:lang w:eastAsia="ja-JP"/>
              </w:rPr>
              <w:t>番号が分かるもの）</w:t>
            </w:r>
          </w:p>
        </w:tc>
      </w:tr>
    </w:tbl>
    <w:p w14:paraId="6DDBE177" w14:textId="77777777" w:rsidR="00EF0188" w:rsidRDefault="00000000">
      <w:pPr>
        <w:rPr>
          <w:lang w:eastAsia="ja-JP"/>
        </w:rPr>
      </w:pPr>
      <w:r>
        <w:rPr>
          <w:b/>
          <w:lang w:eastAsia="ja-JP"/>
        </w:rPr>
        <w:t>提出期限：令和</w:t>
      </w:r>
      <w:r>
        <w:rPr>
          <w:b/>
          <w:lang w:eastAsia="ja-JP"/>
        </w:rPr>
        <w:t>8</w:t>
      </w:r>
      <w:r>
        <w:rPr>
          <w:b/>
          <w:lang w:eastAsia="ja-JP"/>
        </w:rPr>
        <w:t>年</w:t>
      </w:r>
      <w:r>
        <w:rPr>
          <w:b/>
          <w:lang w:eastAsia="ja-JP"/>
        </w:rPr>
        <w:t>11</w:t>
      </w:r>
      <w:r>
        <w:rPr>
          <w:b/>
          <w:lang w:eastAsia="ja-JP"/>
        </w:rPr>
        <w:t>月</w:t>
      </w:r>
      <w:r>
        <w:rPr>
          <w:b/>
          <w:lang w:eastAsia="ja-JP"/>
        </w:rPr>
        <w:t>16</w:t>
      </w:r>
      <w:r>
        <w:rPr>
          <w:b/>
          <w:lang w:eastAsia="ja-JP"/>
        </w:rPr>
        <w:t>日（月）午後</w:t>
      </w:r>
      <w:r>
        <w:rPr>
          <w:b/>
          <w:lang w:eastAsia="ja-JP"/>
        </w:rPr>
        <w:t>5</w:t>
      </w:r>
      <w:r>
        <w:rPr>
          <w:b/>
          <w:lang w:eastAsia="ja-JP"/>
        </w:rPr>
        <w:t>時まで</w:t>
      </w:r>
    </w:p>
    <w:p w14:paraId="27658732" w14:textId="77777777" w:rsidR="00EF0188" w:rsidRDefault="00000000">
      <w:pPr>
        <w:rPr>
          <w:lang w:eastAsia="ja-JP"/>
        </w:rPr>
      </w:pPr>
      <w:r>
        <w:rPr>
          <w:lang w:eastAsia="ja-JP"/>
        </w:rPr>
        <w:t>提出方法：特別養護老人ホームおきなへ持参（郵送等不可）</w:t>
      </w:r>
    </w:p>
    <w:p w14:paraId="7D005177" w14:textId="77777777" w:rsidR="00EF0188" w:rsidRDefault="00000000">
      <w:pPr>
        <w:rPr>
          <w:lang w:eastAsia="ja-JP"/>
        </w:rPr>
      </w:pPr>
      <w:r>
        <w:rPr>
          <w:lang w:eastAsia="ja-JP"/>
        </w:rPr>
        <w:t>受付時間：午前</w:t>
      </w:r>
      <w:r>
        <w:rPr>
          <w:lang w:eastAsia="ja-JP"/>
        </w:rPr>
        <w:t>10</w:t>
      </w:r>
      <w:r>
        <w:rPr>
          <w:lang w:eastAsia="ja-JP"/>
        </w:rPr>
        <w:t>時～午後</w:t>
      </w:r>
      <w:r>
        <w:rPr>
          <w:lang w:eastAsia="ja-JP"/>
        </w:rPr>
        <w:t>5</w:t>
      </w:r>
      <w:r>
        <w:rPr>
          <w:lang w:eastAsia="ja-JP"/>
        </w:rPr>
        <w:t>時（土日祝日を除く）</w:t>
      </w:r>
    </w:p>
    <w:p w14:paraId="10424D4D" w14:textId="77777777" w:rsidR="00EF0188" w:rsidRDefault="00000000">
      <w:pPr>
        <w:rPr>
          <w:lang w:eastAsia="ja-JP"/>
        </w:rPr>
      </w:pPr>
      <w:r>
        <w:rPr>
          <w:sz w:val="18"/>
          <w:lang w:eastAsia="ja-JP"/>
        </w:rPr>
        <w:t>※</w:t>
      </w:r>
      <w:r>
        <w:rPr>
          <w:sz w:val="18"/>
          <w:lang w:eastAsia="ja-JP"/>
        </w:rPr>
        <w:t>提出された書類は原則として返却しません。</w:t>
      </w:r>
    </w:p>
    <w:sectPr w:rsidR="00EF0188" w:rsidSect="00034616">
      <w:pgSz w:w="11906" w:h="16838"/>
      <w:pgMar w:top="1191" w:right="1304" w:bottom="107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59473192">
    <w:abstractNumId w:val="8"/>
  </w:num>
  <w:num w:numId="2" w16cid:durableId="287126901">
    <w:abstractNumId w:val="6"/>
  </w:num>
  <w:num w:numId="3" w16cid:durableId="36122736">
    <w:abstractNumId w:val="5"/>
  </w:num>
  <w:num w:numId="4" w16cid:durableId="734620080">
    <w:abstractNumId w:val="4"/>
  </w:num>
  <w:num w:numId="5" w16cid:durableId="1451245096">
    <w:abstractNumId w:val="7"/>
  </w:num>
  <w:num w:numId="6" w16cid:durableId="956301411">
    <w:abstractNumId w:val="3"/>
  </w:num>
  <w:num w:numId="7" w16cid:durableId="1364862859">
    <w:abstractNumId w:val="2"/>
  </w:num>
  <w:num w:numId="8" w16cid:durableId="1223559646">
    <w:abstractNumId w:val="1"/>
  </w:num>
  <w:num w:numId="9" w16cid:durableId="727145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A1D8D"/>
    <w:rsid w:val="00B47730"/>
    <w:rsid w:val="00BA4896"/>
    <w:rsid w:val="00BC4829"/>
    <w:rsid w:val="00CB0664"/>
    <w:rsid w:val="00D40923"/>
    <w:rsid w:val="00EF018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46B18B7B"/>
  <w14:defaultImageDpi w14:val="300"/>
  <w15:docId w15:val="{CC912D9A-C3B7-4DE1-AF19-03A67B9E7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pPr>
    <w:rPr>
      <w:rFonts w:ascii="游明朝" w:hAnsi="游明朝"/>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93</Words>
  <Characters>535</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一般ユーザ27</cp:lastModifiedBy>
  <cp:revision>2</cp:revision>
  <dcterms:created xsi:type="dcterms:W3CDTF">2026-11-06T05:46:00Z</dcterms:created>
  <dcterms:modified xsi:type="dcterms:W3CDTF">2026-11-06T05:46:00Z</dcterms:modified>
  <cp:category/>
</cp:coreProperties>
</file>